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Rohit Singh</w:t>
      </w:r>
    </w:p>
    <w:p>
      <w:r>
        <w:rPr>
          <w:b/>
        </w:rPr>
        <w:t>Founding Mobile Engineer | React Native, Frontend and Design Systems</w:t>
      </w:r>
    </w:p>
    <w:p>
      <w:r>
        <w:t>Bengaluru, India | rohit99.ind@gmail.com | +91 75872 51810</w:t>
      </w:r>
    </w:p>
    <w:p>
      <w:hyperlink r:id="rId9">
        <w:r>
          <w:rPr>
            <w:color w:val="24547A"/>
            <w:u w:val="single"/>
          </w:rPr>
          <w:t>rohit.be</w:t>
        </w:r>
      </w:hyperlink>
      <w:r>
        <w:t xml:space="preserve">  |  </w:t>
      </w:r>
      <w:hyperlink r:id="rId10">
        <w:r>
          <w:rPr>
            <w:color w:val="24547A"/>
            <w:u w:val="single"/>
          </w:rPr>
          <w:t>GitHub: rayan1810</w:t>
        </w:r>
      </w:hyperlink>
      <w:r>
        <w:t xml:space="preserve">  |  </w:t>
      </w:r>
      <w:hyperlink r:id="rId11">
        <w:r>
          <w:rPr>
            <w:color w:val="24547A"/>
            <w:u w:val="single"/>
          </w:rPr>
          <w:t>Talks and writing</w:t>
        </w:r>
      </w:hyperlink>
    </w:p>
    <w:p>
      <w:pPr>
        <w:pStyle w:val="Heading1"/>
      </w:pPr>
      <w:r>
        <w:t>Profile</w:t>
      </w:r>
    </w:p>
    <w:p>
      <w:r>
        <w:t>Mobile and frontend engineer with 6+ years of experience building cross-platform products and developer tools. Founding Mobile Engineer at Tria and co-author of NativeBase and gluestack UI. Owns architecture, design systems, performance, team mentoring, and the full path from a new app to app-store release.</w:t>
      </w:r>
    </w:p>
    <w:p>
      <w:pPr>
        <w:pStyle w:val="Heading1"/>
      </w:pPr>
      <w:r>
        <w:t>Core Skills</w:t>
      </w:r>
    </w:p>
    <w:p>
      <w:r>
        <w:t>React Native, Expo, React, Next.js, TypeScript, JavaScript, CSS, Tailwind CSS, Node.js, GraphQL, Babel, Webpack, Zustand, Jest, Maestro, EVM and Solana wallets, wagmi, WalletConnect, design systems, accessibility, EAS, GitHub Actions, CI/CD, App Store and Google Play releases.</w:t>
      </w:r>
    </w:p>
    <w:p>
      <w:pPr>
        <w:pStyle w:val="Heading1"/>
      </w:pPr>
      <w:r>
        <w:t>Experience</w:t>
      </w:r>
    </w:p>
    <w:p>
      <w:pPr>
        <w:pStyle w:val="Heading2"/>
      </w:pPr>
      <w:r>
        <w:t>Tria | Founding Mobile Engineer</w:t>
      </w:r>
      <w:r>
        <w:rPr>
          <w:b w:val="0"/>
        </w:rPr>
        <w:t xml:space="preserve">  |  May 2024 - Present</w:t>
      </w:r>
    </w:p>
    <w:p>
      <w:pPr>
        <w:keepLines/>
        <w:spacing w:after="80"/>
        <w:ind w:left="259" w:hanging="259"/>
      </w:pPr>
      <w:r>
        <w:t>• Built Tria’s React Native and Expo app from scratch, establishing architecture and component patterns for an app serving 50K+ monthly active mobile users across iOS and Android (September 2026).</w:t>
      </w:r>
    </w:p>
    <w:p>
      <w:pPr>
        <w:keepLines/>
        <w:spacing w:after="80"/>
        <w:ind w:left="259" w:hanging="259"/>
      </w:pPr>
      <w:r>
        <w:t>• Mentored web developers transitioning to React Native and helped the team build the initial app within two to three months.</w:t>
      </w:r>
    </w:p>
    <w:p>
      <w:pPr>
        <w:keepLines/>
        <w:spacing w:after="80"/>
        <w:ind w:left="259" w:hanging="259"/>
      </w:pPr>
      <w:r>
        <w:t>• Created a design system with LLM support and component documentation generated from code comments; developed app-wide micro-animations for an upcoming rework.</w:t>
      </w:r>
    </w:p>
    <w:p>
      <w:pPr>
        <w:keepLines/>
        <w:spacing w:after="80"/>
        <w:ind w:left="259" w:hanging="259"/>
      </w:pPr>
      <w:r>
        <w:t>• Worked on wallet integrations and Web3 compatibility across EVM and Solana.</w:t>
      </w:r>
    </w:p>
    <w:p>
      <w:pPr>
        <w:keepLines/>
        <w:spacing w:after="80"/>
        <w:ind w:left="259" w:hanging="259"/>
      </w:pPr>
      <w:r>
        <w:t>• Used Zustand for app state management, Jest for automated testing, and Maestro for mobile end-to-end testing.</w:t>
      </w:r>
    </w:p>
    <w:p>
      <w:pPr>
        <w:keepLines/>
        <w:spacing w:after="80"/>
        <w:ind w:left="259" w:hanging="259"/>
      </w:pPr>
      <w:r>
        <w:t>• Owned iOS and Android release operations, including app-store submissions, reviewer communication, and approvals. Set up EAS and GitHub Actions automation with Slack notifications for QA-ready builds.</w:t>
      </w:r>
    </w:p>
    <w:p>
      <w:pPr>
        <w:pStyle w:val="Heading2"/>
      </w:pPr>
      <w:r>
        <w:t>GeekyAnts | Senior Software Engineer</w:t>
      </w:r>
      <w:r>
        <w:rPr>
          <w:b w:val="0"/>
        </w:rPr>
        <w:t xml:space="preserve">  |  Jul 2023 - May 2024</w:t>
      </w:r>
    </w:p>
    <w:p>
      <w:pPr>
        <w:keepLines/>
        <w:spacing w:after="80"/>
        <w:ind w:left="259" w:hanging="259"/>
      </w:pPr>
      <w:r>
        <w:t>• Co-authored gluestack UI and made core architectural decisions for accessible components across web and native platforms.</w:t>
      </w:r>
    </w:p>
    <w:p>
      <w:pPr>
        <w:keepLines/>
        <w:spacing w:after="80"/>
        <w:ind w:left="259" w:hanging="259"/>
      </w:pPr>
      <w:r>
        <w:t>• Developed @gluestack-style/react, moving styling work toward build time to reduce web runtime overhead and improve native performance.</w:t>
      </w:r>
    </w:p>
    <w:p>
      <w:pPr>
        <w:keepLines/>
        <w:spacing w:after="80"/>
        <w:ind w:left="259" w:hanging="259"/>
      </w:pPr>
      <w:r>
        <w:t>• Led three engineers building premium example screens and built an internal AI code-generation tool with rendered previews and versioning.</w:t>
      </w:r>
    </w:p>
    <w:p>
      <w:pPr>
        <w:pStyle w:val="Heading2"/>
      </w:pPr>
      <w:r>
        <w:t>GeekyAnts | Software Engineer 3</w:t>
      </w:r>
      <w:r>
        <w:rPr>
          <w:b w:val="0"/>
        </w:rPr>
        <w:t xml:space="preserve">  |  Jul 2022 - Jul 2023</w:t>
      </w:r>
    </w:p>
    <w:p>
      <w:pPr>
        <w:keepLines/>
        <w:spacing w:after="80"/>
        <w:ind w:left="259" w:hanging="259"/>
      </w:pPr>
      <w:r>
        <w:t>• Optimized NativeBase and applied those findings to the next-generation gluestack styling engine.</w:t>
      </w:r>
    </w:p>
    <w:p>
      <w:pPr>
        <w:keepLines/>
        <w:spacing w:after="80"/>
        <w:ind w:left="259" w:hanging="259"/>
      </w:pPr>
      <w:r>
        <w:t>• Built plugins for a universal JavaScript framework: cron jobs, database access with a query SDK, middleware, SDK and environment management, and development watchers.</w:t>
      </w:r>
    </w:p>
    <w:p>
      <w:r>
        <w:br w:type="page"/>
      </w:r>
    </w:p>
    <w:p>
      <w:pPr>
        <w:pStyle w:val="Heading1"/>
      </w:pPr>
      <w:r>
        <w:t>Experience continued</w:t>
      </w:r>
    </w:p>
    <w:p>
      <w:pPr>
        <w:pStyle w:val="Heading2"/>
      </w:pPr>
      <w:r>
        <w:t>GeekyAnts | Software Engineer</w:t>
      </w:r>
      <w:r>
        <w:rPr>
          <w:b w:val="0"/>
        </w:rPr>
        <w:t xml:space="preserve">  |  Jul 2021 - Jul 2022</w:t>
      </w:r>
    </w:p>
    <w:p>
      <w:pPr>
        <w:keepLines/>
        <w:spacing w:after="80"/>
        <w:ind w:left="259" w:hanging="259"/>
      </w:pPr>
      <w:r>
        <w:t>• Led a three-person team building startup+, a product that generated more than INR 80 lakh in a year.</w:t>
      </w:r>
    </w:p>
    <w:p>
      <w:pPr>
        <w:keepLines/>
        <w:spacing w:after="80"/>
        <w:ind w:left="259" w:hanging="259"/>
      </w:pPr>
      <w:r>
        <w:t>• Helped build a tool that generated design systems from NativeBase Storybook examples, reducing the development cycle from four to five weeks to one week.</w:t>
      </w:r>
    </w:p>
    <w:p>
      <w:pPr>
        <w:keepLines/>
        <w:spacing w:after="80"/>
        <w:ind w:left="259" w:hanging="259"/>
      </w:pPr>
      <w:r>
        <w:t>• Created a custom Babel plugin to improve NativeBase performance by moving work out of runtime.</w:t>
      </w:r>
    </w:p>
    <w:p>
      <w:pPr>
        <w:pStyle w:val="Heading2"/>
      </w:pPr>
      <w:r>
        <w:t>GeekyAnts | Software Engineer Trainee</w:t>
      </w:r>
      <w:r>
        <w:rPr>
          <w:b w:val="0"/>
        </w:rPr>
        <w:t xml:space="preserve">  |  May 2020 - Jul 2021</w:t>
      </w:r>
    </w:p>
    <w:p>
      <w:pPr>
        <w:keepLines/>
        <w:spacing w:after="80"/>
        <w:ind w:left="259" w:hanging="259"/>
      </w:pPr>
      <w:r>
        <w:t>• Built foundational components for NativeBase v3, improving component APIs, organization, and performance through refactoring.</w:t>
      </w:r>
    </w:p>
    <w:p>
      <w:pPr>
        <w:keepLines/>
        <w:spacing w:after="80"/>
        <w:ind w:left="259" w:hanging="259"/>
      </w:pPr>
      <w:r>
        <w:t>• Developed landing-page and internal dashboard interfaces for APIbeats, an API maintenance platform with real-time alerts.</w:t>
      </w:r>
    </w:p>
    <w:p>
      <w:pPr>
        <w:pStyle w:val="Heading1"/>
      </w:pPr>
      <w:r>
        <w:t>Open Source and Projects</w:t>
      </w:r>
    </w:p>
    <w:p>
      <w:hyperlink r:id="rId12">
        <w:r>
          <w:rPr>
            <w:color w:val="24547A"/>
            <w:u w:val="single"/>
          </w:rPr>
          <w:t>NativeBase</w:t>
        </w:r>
      </w:hyperlink>
      <w:r>
        <w:t xml:space="preserve"> and </w:t>
      </w:r>
      <w:hyperlink r:id="rId13">
        <w:r>
          <w:rPr>
            <w:color w:val="24547A"/>
            <w:u w:val="single"/>
          </w:rPr>
          <w:t>gluestack UI</w:t>
        </w:r>
      </w:hyperlink>
      <w:r>
        <w:t xml:space="preserve"> - Co-author of cross-platform UI libraries; component architecture, styling, and developer experience.</w:t>
      </w:r>
    </w:p>
    <w:p>
      <w:hyperlink r:id="rId14">
        <w:r>
          <w:rPr>
            <w:color w:val="24547A"/>
            <w:u w:val="single"/>
          </w:rPr>
          <w:t>React Native UStyle</w:t>
        </w:r>
      </w:hyperlink>
      <w:r>
        <w:t xml:space="preserve"> and </w:t>
      </w:r>
      <w:hyperlink r:id="rId15">
        <w:r>
          <w:rPr>
            <w:color w:val="24547A"/>
            <w:u w:val="single"/>
          </w:rPr>
          <w:t>React Native Local Storage Polyfill</w:t>
        </w:r>
      </w:hyperlink>
      <w:r>
        <w:t xml:space="preserve"> - Open-source tooling for React Native. Contributions to </w:t>
      </w:r>
      <w:hyperlink r:id="rId16">
        <w:r>
          <w:rPr>
            <w:color w:val="24547A"/>
            <w:u w:val="single"/>
          </w:rPr>
          <w:t>StyleX</w:t>
        </w:r>
      </w:hyperlink>
      <w:r>
        <w:t>.</w:t>
      </w:r>
    </w:p>
    <w:p>
      <w:r>
        <w:t xml:space="preserve">Side projects: </w:t>
      </w:r>
      <w:hyperlink r:id="rId17">
        <w:r>
          <w:rPr>
            <w:color w:val="24547A"/>
            <w:u w:val="single"/>
          </w:rPr>
          <w:t>JSON Color Palette Generator</w:t>
        </w:r>
      </w:hyperlink>
      <w:r>
        <w:t xml:space="preserve">, </w:t>
      </w:r>
      <w:hyperlink r:id="rId18">
        <w:r>
          <w:rPr>
            <w:color w:val="24547A"/>
            <w:u w:val="single"/>
          </w:rPr>
          <w:t>pack-it-react</w:t>
        </w:r>
      </w:hyperlink>
      <w:r>
        <w:t>, and GitNotion, a Notion-like editor backed by GitHub.</w:t>
      </w:r>
    </w:p>
    <w:p>
      <w:pPr>
        <w:pStyle w:val="Heading1"/>
      </w:pPr>
      <w:r>
        <w:t>Selected Talks</w:t>
      </w:r>
    </w:p>
    <w:p>
      <w:hyperlink r:id="rId19">
        <w:r>
          <w:rPr>
            <w:color w:val="24547A"/>
            <w:u w:val="single"/>
          </w:rPr>
          <w:t>Self-Healing UI: Beautiful Idea, Brutal Data</w:t>
        </w:r>
      </w:hyperlink>
      <w:r>
        <w:br/>
        <w:t>React Advanced 2026 | Upcoming</w:t>
      </w:r>
    </w:p>
    <w:p>
      <w:hyperlink r:id="rId20">
        <w:r>
          <w:rPr>
            <w:color w:val="24547A"/>
            <w:u w:val="single"/>
          </w:rPr>
          <w:t>Gain Performance! Take Your Run Time to Build Time</w:t>
        </w:r>
      </w:hyperlink>
      <w:r>
        <w:br/>
        <w:t>React Summit US 2024 | Recording available</w:t>
      </w:r>
    </w:p>
    <w:p>
      <w:hyperlink r:id="rId21">
        <w:r>
          <w:rPr>
            <w:color w:val="24547A"/>
            <w:u w:val="single"/>
          </w:rPr>
          <w:t>Shorthand Styling with react-native-ustyle</w:t>
        </w:r>
      </w:hyperlink>
      <w:r>
        <w:t xml:space="preserve"> | Feb 2024</w:t>
      </w:r>
    </w:p>
    <w:p>
      <w:hyperlink r:id="rId22">
        <w:r>
          <w:rPr>
            <w:color w:val="24547A"/>
            <w:u w:val="single"/>
          </w:rPr>
          <w:t>How New-Age Bundlers See Your Code</w:t>
        </w:r>
      </w:hyperlink>
      <w:r>
        <w:t xml:space="preserve"> | Jun 2023</w:t>
      </w:r>
    </w:p>
    <w:p>
      <w:hyperlink r:id="rId23">
        <w:r>
          <w:rPr>
            <w:color w:val="24547A"/>
            <w:u w:val="single"/>
          </w:rPr>
          <w:t>Mapping Figma design to React components</w:t>
        </w:r>
      </w:hyperlink>
      <w:r>
        <w:t xml:space="preserve"> | Jun 2022</w:t>
      </w:r>
    </w:p>
    <w:p>
      <w:pPr>
        <w:pStyle w:val="Heading1"/>
      </w:pPr>
      <w:r>
        <w:t>Education</w:t>
      </w:r>
    </w:p>
    <w:p>
      <w:r>
        <w:t>B.E. in Computer Science Engineering | Chitkara University, Baddi | Jul 2021</w:t>
      </w:r>
    </w:p>
    <w:p>
      <w:r>
        <w:t>CGPA: 9.2 | Vice President, Computer Society of India Student Chapter, 2018 - 2020</w:t>
      </w:r>
    </w:p>
    <w:p>
      <w:pPr>
        <w:pStyle w:val="Heading1"/>
      </w:pPr>
      <w:r>
        <w:t>Languages</w:t>
      </w:r>
    </w:p>
    <w:p>
      <w:r>
        <w:t>English, Hindi, French</w:t>
      </w:r>
    </w:p>
    <w:sectPr w:rsidR="00FC693F" w:rsidRPr="0006063C" w:rsidSect="00034616"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Calibri" w:hAnsi="Calibri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2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after="80" w:line="254" w:lineRule="auto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rohit.be" TargetMode="External"/><Relationship Id="rId10" Type="http://schemas.openxmlformats.org/officeDocument/2006/relationships/hyperlink" Target="https://github.com/rayan1810" TargetMode="External"/><Relationship Id="rId11" Type="http://schemas.openxmlformats.org/officeDocument/2006/relationships/hyperlink" Target="https://www.rohit.be/talks" TargetMode="External"/><Relationship Id="rId12" Type="http://schemas.openxmlformats.org/officeDocument/2006/relationships/hyperlink" Target="https://nativebase.io" TargetMode="External"/><Relationship Id="rId13" Type="http://schemas.openxmlformats.org/officeDocument/2006/relationships/hyperlink" Target="https://gluestack.io" TargetMode="External"/><Relationship Id="rId14" Type="http://schemas.openxmlformats.org/officeDocument/2006/relationships/hyperlink" Target="https://github.com/Dev-Elevate/react-native-ustyle" TargetMode="External"/><Relationship Id="rId15" Type="http://schemas.openxmlformats.org/officeDocument/2006/relationships/hyperlink" Target="https://github.com/rayan1810/react-native-localstorage-polyfill" TargetMode="External"/><Relationship Id="rId16" Type="http://schemas.openxmlformats.org/officeDocument/2006/relationships/hyperlink" Target="https://stylexjs.com" TargetMode="External"/><Relationship Id="rId17" Type="http://schemas.openxmlformats.org/officeDocument/2006/relationships/hyperlink" Target="https://github.com/rayan1810/json-color-palette-generator" TargetMode="External"/><Relationship Id="rId18" Type="http://schemas.openxmlformats.org/officeDocument/2006/relationships/hyperlink" Target="https://github.com/rayan1810/pack-it-react" TargetMode="External"/><Relationship Id="rId19" Type="http://schemas.openxmlformats.org/officeDocument/2006/relationships/hyperlink" Target="https://gitnation.com/contents/self-healing-ui-beautiful-idea-brutal-data" TargetMode="External"/><Relationship Id="rId20" Type="http://schemas.openxmlformats.org/officeDocument/2006/relationships/hyperlink" Target="https://gitnation.com/contents/gain-performance-take-your-run-time-to-build-time-2499" TargetMode="External"/><Relationship Id="rId21" Type="http://schemas.openxmlformats.org/officeDocument/2006/relationships/hyperlink" Target="https://www.youtube.com/watch?v=LIzsH7EAwRM" TargetMode="External"/><Relationship Id="rId22" Type="http://schemas.openxmlformats.org/officeDocument/2006/relationships/hyperlink" Target="https://www.youtube.com/watch?v=o3exiNrex3Y" TargetMode="External"/><Relationship Id="rId23" Type="http://schemas.openxmlformats.org/officeDocument/2006/relationships/hyperlink" Target="https://www.youtube.com/watch?v=gEpI83MQbx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Rohit Singh Resume</dc:title>
  <dc:subject>Mobile and frontend engineering experience</dc:subject>
  <dc:creator>Rohit Singh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